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Rasmus Christiansen Knap</w:t>
      </w:r>
    </w:p>
    <w:p>
      <w:pPr>
        <w:pStyle w:val="Subtitle"/>
      </w:pPr>
      <w:r>
        <w:t>Senior React Native and Expo Consultant</w:t>
      </w:r>
    </w:p>
    <w:p>
      <w:pPr>
        <w:widowControl/>
      </w:pPr>
      <w:r>
        <w:rPr>
          <w:sz w:val="18"/>
        </w:rPr>
        <w:t>Skanderborg, Denmark | rasck@rasck.solutions | rasck.solutions</w:t>
      </w:r>
    </w:p>
    <w:p>
      <w:pPr>
        <w:widowControl/>
      </w:pPr>
      <w:r>
        <w:rPr>
          <w:b/>
          <w:sz w:val="20"/>
        </w:rPr>
        <w:t>Available for new assignments and projects from 1 October 2026</w:t>
      </w:r>
    </w:p>
    <w:p>
      <w:pPr>
        <w:pStyle w:val="Heading1"/>
      </w:pPr>
      <w:r>
        <w:t>Profile</w:t>
      </w:r>
    </w:p>
    <w:p>
      <w:pPr>
        <w:widowControl/>
      </w:pPr>
      <w:r>
        <w:t>Senior software developer with experience across the mobile product lifecycle: architecture, implementation, integration, testing, store release and ongoing maintenance. I have worked in software since 2012, as a developer, technical lead and computer science lecturer. I help businesses build and modernise apps, strengthen existing teams and take technical ownership of mobile products. My core focus is React Native and Expo, supported by experience with React and backend integration.</w:t>
      </w:r>
    </w:p>
    <w:p>
      <w:pPr>
        <w:pStyle w:val="Heading1"/>
      </w:pPr>
      <w:r>
        <w:t>Core capabilities</w:t>
      </w:r>
    </w:p>
    <w:p>
      <w:r>
        <w:rPr>
          <w:b/>
        </w:rPr>
        <w:t xml:space="preserve">Mobile engineering: </w:t>
      </w:r>
      <w:r>
        <w:t>React Native, Expo, EAS, TypeScript, Expo Router, Reanimated, MitID integration, biometric and PIN access, onboarding, push notifications and native Android integration.</w:t>
      </w:r>
    </w:p>
    <w:p>
      <w:r>
        <w:rPr>
          <w:b/>
        </w:rPr>
        <w:t xml:space="preserve">Product and integration: </w:t>
      </w:r>
      <w:r>
        <w:t>React, API and WebView integration, TanStack Query, GraphQL, Relay, Node.js, Redux, C# and .NET. Product and UX collaboration, architecture and developer mentoring.</w:t>
      </w:r>
    </w:p>
    <w:p>
      <w:r>
        <w:rPr>
          <w:b/>
        </w:rPr>
        <w:t xml:space="preserve">Quality and delivery: </w:t>
      </w:r>
      <w:r>
        <w:t>CI/CD, Jest, Maestro, Detox, Sentry, Storybook, App Store and Google Play releases, OTA updates and AI-assisted development with senior review.</w:t>
      </w:r>
    </w:p>
    <w:p>
      <w:pPr>
        <w:pStyle w:val="Heading1"/>
      </w:pPr>
      <w:r>
        <w:t>Current assignment</w:t>
      </w:r>
    </w:p>
    <w:p>
      <w:pPr>
        <w:pStyle w:val="Heading2"/>
      </w:pPr>
      <w:r>
        <w:t>Gensam A/S | Lead React Native Developer</w:t>
      </w:r>
    </w:p>
    <w:p>
      <w:pPr>
        <w:widowControl/>
        <w:spacing w:after="120"/>
      </w:pPr>
      <w:r>
        <w:rPr>
          <w:i/>
          <w:sz w:val="18"/>
        </w:rPr>
        <w:t>January 2025 - present</w:t>
      </w:r>
    </w:p>
    <w:p>
      <w:pPr>
        <w:widowControl/>
      </w:pPr>
      <w:r>
        <w:t>Led the development of a white-label insurance app from a new React Native and Expo codebase through production release, integrating with an established insurance technology environment. Created a shared mobile foundation with company-specific branding and configuration. The assignment now continues in a maintenance phase.</w:t>
      </w:r>
    </w:p>
    <w:p>
      <w:pPr>
        <w:pStyle w:val="ListBullet"/>
        <w:widowControl/>
      </w:pPr>
      <w:r>
        <w:t>Implemented MitID authentication and app-switch integration, including native Android integration work, with biometric sign-in and PIN fallback.</w:t>
      </w:r>
    </w:p>
    <w:p>
      <w:pPr>
        <w:pStyle w:val="ListBullet"/>
        <w:widowControl/>
      </w:pPr>
      <w:r>
        <w:t>Built onboarding flows for initial authentication, PIN setup and biometric access, including custom interactions and animations.</w:t>
      </w:r>
    </w:p>
    <w:p>
      <w:pPr>
        <w:pStyle w:val="ListBullet"/>
        <w:widowControl/>
      </w:pPr>
      <w:r>
        <w:t>Integrated existing self-service capabilities through APIs and WebViews, including document upload/download and coordination of authenticated sessions.</w:t>
      </w:r>
    </w:p>
    <w:p>
      <w:pPr>
        <w:pStyle w:val="ListBullet"/>
        <w:widowControl/>
      </w:pPr>
      <w:r>
        <w:t>Integrated push notifications using OneSignal and configured company-specific app behaviour.</w:t>
      </w:r>
    </w:p>
    <w:p>
      <w:pPr>
        <w:pStyle w:val="ListBullet"/>
        <w:widowControl/>
      </w:pPr>
      <w:r>
        <w:t>Established builds and release workflows with Expo Application Services and Bitbucket Pipelines, including OTA updates where appropriate.</w:t>
      </w:r>
    </w:p>
    <w:p>
      <w:pPr>
        <w:pStyle w:val="ListBullet"/>
        <w:widowControl/>
      </w:pPr>
      <w:r>
        <w:t>Added automated verification and Sentry monitoring to support maintenance, performance investigation and production troubleshooting.</w:t>
      </w:r>
    </w:p>
    <w:p>
      <w:pPr>
        <w:spacing w:after="140"/>
      </w:pPr>
      <w:r>
        <w:rPr>
          <w:b/>
          <w:sz w:val="18"/>
        </w:rPr>
        <w:t xml:space="preserve">Technologies: </w:t>
      </w:r>
      <w:r>
        <w:rPr>
          <w:sz w:val="18"/>
        </w:rPr>
        <w:t>React Native, React, TypeScript, Expo, EAS, Expo Router, TanStack Query, Reanimated, OneSignal, Sentry, Jest, Maestro, Bitbucket Pipelines and native Android integration.</w:t>
      </w:r>
    </w:p>
    <w:p>
      <w:r>
        <w:br w:type="page"/>
      </w:r>
    </w:p>
    <w:p>
      <w:pPr>
        <w:pStyle w:val="Heading1"/>
      </w:pPr>
      <w:r>
        <w:t>Selected experience</w:t>
      </w:r>
    </w:p>
    <w:p>
      <w:pPr>
        <w:pStyle w:val="Heading2"/>
      </w:pPr>
      <w:r>
        <w:t>Grundfos A/S | Lead React Developer</w:t>
      </w:r>
    </w:p>
    <w:p>
      <w:pPr>
        <w:widowControl/>
        <w:spacing w:after="120"/>
      </w:pPr>
      <w:r>
        <w:rPr>
          <w:i/>
          <w:sz w:val="18"/>
        </w:rPr>
        <w:t>June 2022 - October 2024</w:t>
      </w:r>
    </w:p>
    <w:p>
      <w:pPr>
        <w:widowControl/>
      </w:pPr>
      <w:r>
        <w:t>Helped establish and deliver a React web portal and GraphQL backend for a digital dosing-pump solution. Worked with product and UX on flows and component design, and contributed to the production release.</w:t>
      </w:r>
    </w:p>
    <w:p>
      <w:pPr>
        <w:pStyle w:val="ListBullet"/>
        <w:widowControl/>
      </w:pPr>
      <w:r>
        <w:t>Introduced Storybook and component testing; improved GraphQL data loading, query structure and performance investigation.</w:t>
      </w:r>
    </w:p>
    <w:p>
      <w:pPr>
        <w:pStyle w:val="ListBullet"/>
        <w:widowControl/>
      </w:pPr>
      <w:r>
        <w:t>Supported recruitment and onboarding of new developers, sharing technical and domain knowledge.</w:t>
      </w:r>
    </w:p>
    <w:p>
      <w:pPr>
        <w:spacing w:after="140"/>
      </w:pPr>
      <w:r>
        <w:rPr>
          <w:b/>
          <w:sz w:val="18"/>
        </w:rPr>
        <w:t xml:space="preserve">Technologies: </w:t>
      </w:r>
      <w:r>
        <w:rPr>
          <w:sz w:val="18"/>
        </w:rPr>
        <w:t>React, TypeScript, GraphQL, Relay, Node.js, Azure DevOps and Storybook.</w:t>
      </w:r>
    </w:p>
    <w:p>
      <w:pPr>
        <w:pStyle w:val="Heading2"/>
      </w:pPr>
      <w:r>
        <w:t>NTI A/S | Lead React Native Developer</w:t>
      </w:r>
    </w:p>
    <w:p>
      <w:pPr>
        <w:widowControl/>
        <w:spacing w:after="120"/>
      </w:pPr>
      <w:r>
        <w:rPr>
          <w:i/>
          <w:sz w:val="18"/>
        </w:rPr>
        <w:t>2019 - June 2022</w:t>
      </w:r>
    </w:p>
    <w:p>
      <w:pPr>
        <w:widowControl/>
      </w:pPr>
      <w:r>
        <w:t>Built a mobile app from scratch with React Native and Expo and released it to iOS and Android stores. Delivered camera and QR-scanning features, authentication, forms, search, dashboards and backend integration.</w:t>
      </w:r>
    </w:p>
    <w:p>
      <w:pPr>
        <w:pStyle w:val="ListBullet"/>
        <w:widowControl/>
      </w:pPr>
      <w:r>
        <w:t>Established automated builds, review workflows and a shared component library; mentored and onboarded a new developer.</w:t>
      </w:r>
    </w:p>
    <w:p>
      <w:pPr>
        <w:pStyle w:val="ListBullet"/>
        <w:widowControl/>
      </w:pPr>
      <w:r>
        <w:t>Contributed to backend architecture and event modelling, and worked with UX and product on interaction design and data visualisation.</w:t>
      </w:r>
    </w:p>
    <w:p>
      <w:pPr>
        <w:spacing w:after="140"/>
      </w:pPr>
      <w:r>
        <w:rPr>
          <w:b/>
          <w:sz w:val="18"/>
        </w:rPr>
        <w:t xml:space="preserve">Technologies: </w:t>
      </w:r>
      <w:r>
        <w:rPr>
          <w:sz w:val="18"/>
        </w:rPr>
        <w:t>React Native, TypeScript, Expo, EAS, Redux, Jest, Storybook, Azure DevOps, C# and .NET.</w:t>
      </w:r>
    </w:p>
    <w:p>
      <w:pPr>
        <w:pStyle w:val="Heading2"/>
      </w:pPr>
      <w:r>
        <w:t>Debitoor A/S | Senior React Native Developer</w:t>
      </w:r>
    </w:p>
    <w:p>
      <w:pPr>
        <w:widowControl/>
        <w:spacing w:after="120"/>
      </w:pPr>
      <w:r>
        <w:rPr>
          <w:i/>
          <w:sz w:val="18"/>
        </w:rPr>
        <w:t>2018 - 2019</w:t>
      </w:r>
    </w:p>
    <w:p>
      <w:pPr>
        <w:widowControl/>
      </w:pPr>
      <w:r>
        <w:t>Developed features and improvements for an international fintech app, including support for country-specific tax requirements.</w:t>
      </w:r>
    </w:p>
    <w:p>
      <w:pPr>
        <w:pStyle w:val="ListBullet"/>
        <w:widowControl/>
      </w:pPr>
      <w:r>
        <w:t>Profiled and restructured Redux persistence to address performance problems for customers with large data histories.</w:t>
      </w:r>
    </w:p>
    <w:p>
      <w:pPr>
        <w:pStyle w:val="ListBullet"/>
        <w:widowControl/>
      </w:pPr>
      <w:r>
        <w:t>Proposed and prototyped Detox as an alternative to the existing Appium E2E testing setup.</w:t>
      </w:r>
    </w:p>
    <w:p>
      <w:pPr>
        <w:spacing w:after="140"/>
      </w:pPr>
      <w:r>
        <w:rPr>
          <w:b/>
          <w:sz w:val="18"/>
        </w:rPr>
        <w:t xml:space="preserve">Technologies: </w:t>
      </w:r>
      <w:r>
        <w:rPr>
          <w:sz w:val="18"/>
        </w:rPr>
        <w:t>React Native, JavaScript, Redux, Detox, Appium and Jest.</w:t>
      </w:r>
    </w:p>
    <w:p>
      <w:pPr>
        <w:pStyle w:val="Heading1"/>
      </w:pPr>
      <w:r>
        <w:t>Earlier career</w:t>
      </w:r>
    </w:p>
    <w:p>
      <w:pPr>
        <w:spacing w:after="180"/>
      </w:pPr>
      <w:r>
        <w:rPr>
          <w:b/>
          <w:sz w:val="18"/>
        </w:rPr>
        <w:t>UCN | Assistant Professor, Computer Science | 2015 - 2018</w:t>
      </w:r>
      <w:r>
        <w:rPr>
          <w:sz w:val="18"/>
        </w:rPr>
        <w:br/>
        <w:t>Taught React, React Native, large-scale systems, software development and integration to AP and software bachelor's students.</w:t>
      </w:r>
    </w:p>
    <w:p>
      <w:pPr>
        <w:spacing w:after="180"/>
      </w:pPr>
      <w:r>
        <w:rPr>
          <w:b/>
          <w:sz w:val="18"/>
        </w:rPr>
        <w:t>Schultz A/S | Full Stack Developer | 2014 - 2015</w:t>
      </w:r>
      <w:r>
        <w:rPr>
          <w:sz w:val="18"/>
        </w:rPr>
        <w:br/>
        <w:t>Built software for Danish municipalities in a Scrum team, working with C#, CRM, SQL and web technologies.</w:t>
      </w:r>
    </w:p>
    <w:p>
      <w:pPr>
        <w:spacing w:after="180"/>
      </w:pPr>
      <w:r>
        <w:rPr>
          <w:b/>
          <w:sz w:val="18"/>
        </w:rPr>
        <w:t>mySupply A/S | Full Stack Developer and Consultant | 2012 - 2014</w:t>
      </w:r>
      <w:r>
        <w:rPr>
          <w:sz w:val="18"/>
        </w:rPr>
        <w:br/>
        <w:t>Delivered a reimbursement system for Region Syddanmark from requirements through implementation, using C#, WinForms and SQL.</w:t>
      </w:r>
    </w:p>
    <w:p>
      <w:pPr>
        <w:pStyle w:val="Heading1"/>
      </w:pPr>
      <w:r>
        <w:t>Languages</w:t>
      </w:r>
    </w:p>
    <w:p>
      <w:pPr>
        <w:widowControl/>
      </w:pPr>
      <w:r>
        <w:t>Danish: native. English: full professional proficiency.</w:t>
      </w:r>
    </w:p>
    <w:sectPr w:rsidR="00FC693F" w:rsidRPr="0006063C" w:rsidSect="00034616">
      <w:footerReference w:type="default" r:id="rId9"/>
      <w:pgSz w:w="11909" w:h="16834"/>
      <w:pgMar w:top="936" w:right="1037" w:bottom="936" w:left="1037"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Rasmus Knap | rasck.solutions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Theme="majorHAnsi" w:eastAsiaTheme="majorEastAsia" w:hAnsiTheme="majorHAnsi" w:cstheme="majorBidi" w:ascii="Arial" w:hAnsi="Arial"/>
      <w:i/>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2" w:lineRule="auto"/>
      <w:contextualSpacing/>
    </w:pPr>
    <w:rPr>
      <w:rFonts w:ascii="Arial" w:hAnsi="Arial"/>
      <w:color w:val="000000"/>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Rasmus Christiansen Knap CV</dc:title>
  <dc:subject>Senior mobile development consultant profile</dc:subject>
  <dc:creator>Rasmus Christiansen Knap</dc:creator>
  <cp:keywords>React Native, Expo, mobile development, consultant</cp:keywords>
  <dc:description>generated by python-docx</dc:description>
  <cp:lastModifiedBy/>
  <cp:revision>1</cp:revision>
  <dcterms:created xsi:type="dcterms:W3CDTF">2013-12-23T23:15:00Z</dcterms:created>
  <dcterms:modified xsi:type="dcterms:W3CDTF">2013-12-23T23:15:00Z</dcterms:modified>
  <cp:category/>
</cp:coreProperties>
</file>